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C73" w:rsidRPr="00933C73" w:rsidRDefault="00FC0710" w:rsidP="00933C73">
      <w:pPr>
        <w:pStyle w:val="Overskrift1"/>
        <w:rPr>
          <w:rFonts w:ascii="Arial" w:hAnsi="Arial" w:cs="Arial"/>
          <w:color w:val="auto"/>
          <w:lang w:val="da-DK"/>
        </w:rPr>
      </w:pPr>
      <w:r w:rsidRPr="00FC0710">
        <w:rPr>
          <w:rFonts w:ascii="Arial" w:hAnsi="Arial" w:cs="Arial"/>
          <w:color w:val="auto"/>
          <w:lang w:val="da-DK"/>
        </w:rPr>
        <w:t>Interessetilkendegivelse</w:t>
      </w:r>
    </w:p>
    <w:p w:rsidR="00933C73" w:rsidRPr="00933C73" w:rsidRDefault="00933C73" w:rsidP="00FC0710">
      <w:pPr>
        <w:rPr>
          <w:rFonts w:ascii="Arial" w:hAnsi="Arial" w:cs="Arial"/>
          <w:i/>
          <w:lang w:val="da-DK"/>
        </w:rPr>
      </w:pPr>
      <w:r w:rsidRPr="00933C73">
        <w:rPr>
          <w:rFonts w:ascii="Arial" w:hAnsi="Arial" w:cs="Arial"/>
          <w:i/>
          <w:lang w:val="da-DK"/>
        </w:rPr>
        <w:t>O</w:t>
      </w:r>
      <w:r w:rsidR="00FC0710" w:rsidRPr="00933C73">
        <w:rPr>
          <w:rFonts w:ascii="Arial" w:hAnsi="Arial" w:cs="Arial"/>
          <w:i/>
          <w:lang w:val="da-DK"/>
        </w:rPr>
        <w:t xml:space="preserve">BS. Send kontaktformular til </w:t>
      </w:r>
      <w:hyperlink r:id="rId8" w:history="1">
        <w:r w:rsidR="00FC0710" w:rsidRPr="00933C73">
          <w:rPr>
            <w:rStyle w:val="Hyperlink"/>
            <w:rFonts w:ascii="Arial" w:hAnsi="Arial" w:cs="Arial"/>
            <w:i/>
            <w:u w:val="none"/>
            <w:lang w:val="da-DK"/>
          </w:rPr>
          <w:t>FBMB@fvm.dk</w:t>
        </w:r>
      </w:hyperlink>
      <w:r w:rsidR="00FC0710" w:rsidRPr="00933C73">
        <w:rPr>
          <w:rFonts w:ascii="Arial" w:hAnsi="Arial" w:cs="Arial"/>
          <w:i/>
          <w:lang w:val="da-DK"/>
        </w:rPr>
        <w:t xml:space="preserve"> inden udgangen af den 1. juni 2025</w:t>
      </w:r>
      <w:r w:rsidR="001B6774">
        <w:rPr>
          <w:rFonts w:ascii="Arial" w:hAnsi="Arial" w:cs="Arial"/>
          <w:i/>
          <w:lang w:val="da-DK"/>
        </w:rPr>
        <w:t>.</w:t>
      </w:r>
      <w:r w:rsidR="00AA5648">
        <w:rPr>
          <w:rFonts w:ascii="Arial" w:hAnsi="Arial" w:cs="Arial"/>
          <w:i/>
          <w:lang w:val="da-DK"/>
        </w:rPr>
        <w:br/>
      </w:r>
    </w:p>
    <w:p w:rsidR="00AA5648" w:rsidRPr="00AA5648" w:rsidRDefault="00AA5648" w:rsidP="00AA5648">
      <w:pPr>
        <w:pStyle w:val="Overskrift2"/>
        <w:numPr>
          <w:ilvl w:val="0"/>
          <w:numId w:val="11"/>
        </w:numPr>
        <w:rPr>
          <w:rFonts w:ascii="Arial" w:hAnsi="Arial" w:cs="Arial"/>
          <w:color w:val="auto"/>
          <w:lang w:val="da-DK"/>
        </w:rPr>
      </w:pPr>
      <w:r>
        <w:rPr>
          <w:rFonts w:ascii="Arial" w:hAnsi="Arial" w:cs="Arial"/>
          <w:color w:val="auto"/>
          <w:lang w:val="da-DK"/>
        </w:rPr>
        <w:t>Baggrundsinformation</w:t>
      </w:r>
    </w:p>
    <w:p w:rsidR="006935A6" w:rsidRDefault="006935A6">
      <w:pPr>
        <w:rPr>
          <w:rFonts w:ascii="Arial" w:hAnsi="Arial" w:cs="Arial"/>
          <w:lang w:val="da-DK"/>
        </w:rPr>
      </w:pPr>
      <w:r w:rsidRPr="006935A6">
        <w:rPr>
          <w:rFonts w:ascii="Arial" w:hAnsi="Arial" w:cs="Arial"/>
          <w:lang w:val="da-DK"/>
        </w:rPr>
        <w:t>Universitet</w:t>
      </w:r>
      <w:r w:rsidR="00933C73" w:rsidRPr="006935A6">
        <w:rPr>
          <w:rFonts w:ascii="Arial" w:hAnsi="Arial" w:cs="Arial"/>
          <w:lang w:val="da-DK"/>
        </w:rPr>
        <w:t>: _____________________________________</w:t>
      </w:r>
      <w:r w:rsidR="006C7F19" w:rsidRPr="006935A6">
        <w:rPr>
          <w:rFonts w:ascii="Arial" w:hAnsi="Arial" w:cs="Arial"/>
          <w:lang w:val="da-DK"/>
        </w:rPr>
        <w:t>_________________________</w:t>
      </w:r>
      <w:r w:rsidR="006C7F19">
        <w:rPr>
          <w:rFonts w:ascii="Arial" w:hAnsi="Arial" w:cs="Arial"/>
          <w:lang w:val="da-DK"/>
        </w:rPr>
        <w:t>__</w:t>
      </w:r>
    </w:p>
    <w:p w:rsidR="006A33DA" w:rsidRDefault="006A33DA" w:rsidP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Kontaktperson</w:t>
      </w:r>
      <w:r w:rsidRPr="006935A6">
        <w:rPr>
          <w:rFonts w:ascii="Arial" w:hAnsi="Arial" w:cs="Arial"/>
          <w:lang w:val="da-DK"/>
        </w:rPr>
        <w:t>: ____________________________________________</w:t>
      </w:r>
      <w:r>
        <w:rPr>
          <w:rFonts w:ascii="Arial" w:hAnsi="Arial" w:cs="Arial"/>
          <w:lang w:val="da-DK"/>
        </w:rPr>
        <w:t>_______</w:t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>
        <w:rPr>
          <w:rFonts w:ascii="Arial" w:hAnsi="Arial" w:cs="Arial"/>
          <w:lang w:val="da-DK"/>
        </w:rPr>
        <w:softHyphen/>
      </w:r>
      <w:r w:rsidRPr="006935A6">
        <w:rPr>
          <w:rFonts w:ascii="Arial" w:hAnsi="Arial" w:cs="Arial"/>
          <w:lang w:val="da-DK"/>
        </w:rPr>
        <w:t>_____</w:t>
      </w:r>
      <w:r>
        <w:rPr>
          <w:rFonts w:ascii="Arial" w:hAnsi="Arial" w:cs="Arial"/>
          <w:lang w:val="da-DK"/>
        </w:rPr>
        <w:t>_</w:t>
      </w:r>
      <w:r w:rsidRPr="006935A6">
        <w:rPr>
          <w:rFonts w:ascii="Arial" w:hAnsi="Arial" w:cs="Arial"/>
          <w:lang w:val="da-DK"/>
        </w:rPr>
        <w:t>__</w:t>
      </w:r>
      <w:r>
        <w:rPr>
          <w:rFonts w:ascii="Arial" w:hAnsi="Arial" w:cs="Arial"/>
          <w:lang w:val="da-DK"/>
        </w:rPr>
        <w:t>__</w:t>
      </w:r>
    </w:p>
    <w:p w:rsidR="006935A6" w:rsidRPr="006935A6" w:rsidRDefault="006935A6" w:rsidP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Fakultet og institu</w:t>
      </w:r>
      <w:r w:rsidRPr="006935A6">
        <w:rPr>
          <w:rFonts w:ascii="Arial" w:hAnsi="Arial" w:cs="Arial"/>
          <w:lang w:val="da-DK"/>
        </w:rPr>
        <w:t>t: _____________________________________</w:t>
      </w:r>
      <w:r w:rsidR="006C7F19" w:rsidRPr="006935A6">
        <w:rPr>
          <w:rFonts w:ascii="Arial" w:hAnsi="Arial" w:cs="Arial"/>
          <w:lang w:val="da-DK"/>
        </w:rPr>
        <w:t>____________________</w:t>
      </w:r>
      <w:r w:rsidR="006C7F19">
        <w:rPr>
          <w:rFonts w:ascii="Arial" w:hAnsi="Arial" w:cs="Arial"/>
          <w:lang w:val="da-DK"/>
        </w:rPr>
        <w:t>_</w:t>
      </w:r>
    </w:p>
    <w:p w:rsidR="0091711A" w:rsidRDefault="00933C73">
      <w:pPr>
        <w:rPr>
          <w:rFonts w:ascii="Arial" w:hAnsi="Arial" w:cs="Arial"/>
          <w:lang w:val="da-DK"/>
        </w:rPr>
      </w:pPr>
      <w:r w:rsidRPr="006935A6">
        <w:rPr>
          <w:rFonts w:ascii="Arial" w:hAnsi="Arial" w:cs="Arial"/>
          <w:lang w:val="da-DK"/>
        </w:rPr>
        <w:t>E-mail: ____________________________________________</w:t>
      </w:r>
      <w:r w:rsidR="006C7F19" w:rsidRPr="006935A6">
        <w:rPr>
          <w:rFonts w:ascii="Arial" w:hAnsi="Arial" w:cs="Arial"/>
          <w:lang w:val="da-DK"/>
        </w:rPr>
        <w:t>____________________</w:t>
      </w:r>
      <w:r w:rsidR="006C7F19">
        <w:rPr>
          <w:rFonts w:ascii="Arial" w:hAnsi="Arial" w:cs="Arial"/>
          <w:lang w:val="da-DK"/>
        </w:rPr>
        <w:t>___</w:t>
      </w:r>
    </w:p>
    <w:p w:rsidR="002D6570" w:rsidRDefault="002D6570" w:rsidP="00E633CF">
      <w:pPr>
        <w:pStyle w:val="Overskrift2"/>
        <w:numPr>
          <w:ilvl w:val="0"/>
          <w:numId w:val="11"/>
        </w:numPr>
        <w:rPr>
          <w:rFonts w:ascii="Arial" w:hAnsi="Arial" w:cs="Arial"/>
          <w:color w:val="auto"/>
          <w:lang w:val="da-DK"/>
        </w:rPr>
      </w:pPr>
      <w:r w:rsidRPr="00FC0710">
        <w:rPr>
          <w:rFonts w:ascii="Arial" w:hAnsi="Arial" w:cs="Arial"/>
          <w:color w:val="auto"/>
          <w:lang w:val="da-DK"/>
        </w:rPr>
        <w:t>Op</w:t>
      </w:r>
      <w:r>
        <w:rPr>
          <w:rFonts w:ascii="Arial" w:hAnsi="Arial" w:cs="Arial"/>
          <w:color w:val="auto"/>
          <w:lang w:val="da-DK"/>
        </w:rPr>
        <w:t>gave</w:t>
      </w:r>
    </w:p>
    <w:p w:rsidR="002D6570" w:rsidRDefault="00E633CF" w:rsidP="002D6570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Vi tilkendegiver interesse for:</w:t>
      </w:r>
    </w:p>
    <w:p w:rsidR="00E633CF" w:rsidRDefault="002D6570" w:rsidP="00E633CF">
      <w:pPr>
        <w:rPr>
          <w:rFonts w:ascii="Arial" w:hAnsi="Arial" w:cs="Arial"/>
          <w:lang w:val="da-DK"/>
        </w:rPr>
      </w:pPr>
      <w:r w:rsidRPr="006935A6">
        <w:rPr>
          <w:rFonts w:ascii="Segoe UI Symbol" w:hAnsi="Segoe UI Symbol" w:cs="Segoe UI Symbol"/>
          <w:lang w:val="da-DK"/>
        </w:rPr>
        <w:t>☐</w:t>
      </w:r>
      <w:r>
        <w:rPr>
          <w:iCs/>
          <w:lang w:val="da-DK"/>
        </w:rPr>
        <w:t xml:space="preserve"> </w:t>
      </w:r>
      <w:r w:rsidRPr="00E633CF">
        <w:rPr>
          <w:rFonts w:ascii="Arial" w:hAnsi="Arial" w:cs="Arial"/>
          <w:lang w:val="da-DK"/>
        </w:rPr>
        <w:t>Indsatsområdet for Dyreadfærd, -sundhed og –velfærd</w:t>
      </w:r>
      <w:r>
        <w:rPr>
          <w:rFonts w:ascii="Arial" w:hAnsi="Arial" w:cs="Arial"/>
          <w:lang w:val="da-DK"/>
        </w:rPr>
        <w:t xml:space="preserve"> </w:t>
      </w:r>
      <w:r>
        <w:rPr>
          <w:rFonts w:ascii="Arial" w:hAnsi="Arial" w:cs="Arial"/>
          <w:lang w:val="da-DK"/>
        </w:rPr>
        <w:tab/>
      </w:r>
      <w:r>
        <w:rPr>
          <w:rFonts w:ascii="Arial" w:hAnsi="Arial" w:cs="Arial"/>
          <w:lang w:val="da-DK"/>
        </w:rPr>
        <w:tab/>
      </w:r>
      <w:r>
        <w:rPr>
          <w:rFonts w:ascii="Arial" w:hAnsi="Arial" w:cs="Arial"/>
          <w:lang w:val="da-DK"/>
        </w:rPr>
        <w:tab/>
      </w:r>
      <w:r>
        <w:rPr>
          <w:rFonts w:ascii="Arial" w:hAnsi="Arial" w:cs="Arial"/>
          <w:lang w:val="da-DK"/>
        </w:rPr>
        <w:tab/>
      </w:r>
    </w:p>
    <w:p w:rsidR="002D6570" w:rsidRPr="00E633CF" w:rsidRDefault="002D6570" w:rsidP="00E633CF">
      <w:pPr>
        <w:rPr>
          <w:iCs/>
          <w:lang w:val="da-DK"/>
        </w:rPr>
      </w:pPr>
      <w:r w:rsidRPr="006935A6">
        <w:rPr>
          <w:rFonts w:ascii="Segoe UI Symbol" w:hAnsi="Segoe UI Symbol" w:cs="Segoe UI Symbol"/>
          <w:lang w:val="da-DK"/>
        </w:rPr>
        <w:t>☐</w:t>
      </w:r>
      <w:r w:rsidRPr="006935A6">
        <w:rPr>
          <w:rFonts w:ascii="Arial" w:hAnsi="Arial" w:cs="Arial"/>
          <w:lang w:val="da-DK"/>
        </w:rPr>
        <w:t xml:space="preserve"> </w:t>
      </w:r>
      <w:r w:rsidRPr="00E633CF">
        <w:rPr>
          <w:rFonts w:ascii="Arial" w:hAnsi="Arial" w:cs="Arial"/>
          <w:lang w:val="da-DK"/>
        </w:rPr>
        <w:t>Ydelsesaftalen for Fødevarekvalitet og Forbrugeradfærd</w:t>
      </w:r>
    </w:p>
    <w:p w:rsidR="006935A6" w:rsidRPr="00E633CF" w:rsidRDefault="002D6570" w:rsidP="00E633CF">
      <w:pPr>
        <w:rPr>
          <w:rFonts w:ascii="Arial" w:hAnsi="Arial" w:cs="Arial"/>
          <w:b/>
          <w:lang w:val="da-DK"/>
        </w:rPr>
      </w:pPr>
      <w:r w:rsidRPr="00E633CF">
        <w:rPr>
          <w:rFonts w:ascii="Arial" w:hAnsi="Arial" w:cs="Arial"/>
          <w:lang w:val="da-DK"/>
        </w:rPr>
        <w:lastRenderedPageBreak/>
        <w:t xml:space="preserve"> </w:t>
      </w:r>
      <w:r w:rsidR="00AA5648">
        <w:rPr>
          <w:rFonts w:ascii="Arial" w:hAnsi="Arial" w:cs="Arial"/>
          <w:lang w:val="da-DK"/>
        </w:rPr>
        <w:br/>
      </w:r>
      <w:r w:rsidRPr="00E633CF">
        <w:rPr>
          <w:rFonts w:ascii="Arial" w:hAnsi="Arial" w:cs="Arial"/>
          <w:b/>
          <w:sz w:val="28"/>
          <w:lang w:val="da-DK"/>
        </w:rPr>
        <w:t>3</w:t>
      </w:r>
      <w:r w:rsidR="006935A6" w:rsidRPr="00E633CF">
        <w:rPr>
          <w:rFonts w:ascii="Arial" w:hAnsi="Arial" w:cs="Arial"/>
          <w:b/>
          <w:sz w:val="28"/>
          <w:lang w:val="da-DK"/>
        </w:rPr>
        <w:t xml:space="preserve">. </w:t>
      </w:r>
      <w:r w:rsidR="00FC0710" w:rsidRPr="00E633CF">
        <w:rPr>
          <w:rFonts w:ascii="Arial" w:hAnsi="Arial" w:cs="Arial"/>
          <w:b/>
          <w:sz w:val="28"/>
          <w:lang w:val="da-DK"/>
        </w:rPr>
        <w:t>Oplysninger</w:t>
      </w:r>
    </w:p>
    <w:p w:rsidR="0091711A" w:rsidRPr="006935A6" w:rsidRDefault="009907D2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1</w:t>
      </w:r>
      <w:r w:rsidR="00933C73" w:rsidRPr="006935A6">
        <w:rPr>
          <w:rFonts w:ascii="Arial" w:hAnsi="Arial" w:cs="Arial"/>
          <w:lang w:val="da-DK"/>
        </w:rPr>
        <w:t xml:space="preserve">. </w:t>
      </w:r>
      <w:r w:rsidR="006935A6">
        <w:rPr>
          <w:rFonts w:ascii="Arial" w:hAnsi="Arial" w:cs="Arial"/>
          <w:lang w:val="da-DK"/>
        </w:rPr>
        <w:t>Vil I byde på hele opgaven</w:t>
      </w:r>
      <w:r w:rsidR="00933C73" w:rsidRPr="006935A6">
        <w:rPr>
          <w:rFonts w:ascii="Arial" w:hAnsi="Arial" w:cs="Arial"/>
          <w:lang w:val="da-DK"/>
        </w:rPr>
        <w:t xml:space="preserve">?    </w:t>
      </w:r>
      <w:r w:rsidR="006C7F19">
        <w:rPr>
          <w:rFonts w:ascii="Arial" w:hAnsi="Arial" w:cs="Arial"/>
          <w:lang w:val="da-DK"/>
        </w:rPr>
        <w:t xml:space="preserve">        </w:t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  <w:t xml:space="preserve">        </w:t>
      </w:r>
      <w:r w:rsidR="006C7F19" w:rsidRPr="006935A6">
        <w:rPr>
          <w:rFonts w:ascii="Arial" w:hAnsi="Arial" w:cs="Arial"/>
          <w:lang w:val="da-DK"/>
        </w:rPr>
        <w:t xml:space="preserve"> 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Ja 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Nej</w:t>
      </w:r>
    </w:p>
    <w:p w:rsidR="0091711A" w:rsidRPr="006935A6" w:rsidRDefault="009907D2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2</w:t>
      </w:r>
      <w:r w:rsidR="00933C73" w:rsidRPr="006935A6">
        <w:rPr>
          <w:rFonts w:ascii="Arial" w:hAnsi="Arial" w:cs="Arial"/>
          <w:lang w:val="da-DK"/>
        </w:rPr>
        <w:t xml:space="preserve">. </w:t>
      </w:r>
      <w:r w:rsidR="006935A6">
        <w:rPr>
          <w:rFonts w:ascii="Arial" w:hAnsi="Arial" w:cs="Arial"/>
          <w:lang w:val="da-DK"/>
        </w:rPr>
        <w:t>Vil I byde på kun dele af opgaven</w:t>
      </w:r>
      <w:r w:rsidR="00933C73" w:rsidRPr="006935A6">
        <w:rPr>
          <w:rFonts w:ascii="Arial" w:hAnsi="Arial" w:cs="Arial"/>
          <w:lang w:val="da-DK"/>
        </w:rPr>
        <w:t xml:space="preserve">?          </w:t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  <w:t xml:space="preserve">        </w:t>
      </w:r>
      <w:r w:rsidR="00933C73" w:rsidRPr="006935A6">
        <w:rPr>
          <w:rFonts w:ascii="Arial" w:hAnsi="Arial" w:cs="Arial"/>
          <w:lang w:val="da-DK"/>
        </w:rPr>
        <w:t xml:space="preserve"> 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Ja 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Nej</w:t>
      </w:r>
    </w:p>
    <w:p w:rsidR="0091711A" w:rsidRDefault="00933C73">
      <w:pPr>
        <w:rPr>
          <w:rFonts w:ascii="Arial" w:hAnsi="Arial" w:cs="Arial"/>
          <w:lang w:val="da-DK"/>
        </w:rPr>
      </w:pPr>
      <w:r w:rsidRPr="006935A6">
        <w:rPr>
          <w:rFonts w:ascii="Arial" w:hAnsi="Arial" w:cs="Arial"/>
          <w:lang w:val="da-DK"/>
        </w:rPr>
        <w:t xml:space="preserve">3. </w:t>
      </w:r>
      <w:r w:rsidR="006935A6" w:rsidRPr="006935A6">
        <w:rPr>
          <w:rFonts w:ascii="Arial" w:hAnsi="Arial" w:cs="Arial"/>
          <w:lang w:val="da-DK"/>
        </w:rPr>
        <w:t>Vil I byde i samarb</w:t>
      </w:r>
      <w:r w:rsidR="006935A6">
        <w:rPr>
          <w:rFonts w:ascii="Arial" w:hAnsi="Arial" w:cs="Arial"/>
          <w:lang w:val="da-DK"/>
        </w:rPr>
        <w:t>ejde med and</w:t>
      </w:r>
      <w:r w:rsidR="00E633CF">
        <w:rPr>
          <w:rFonts w:ascii="Arial" w:hAnsi="Arial" w:cs="Arial"/>
          <w:lang w:val="da-DK"/>
        </w:rPr>
        <w:t>re</w:t>
      </w:r>
      <w:r w:rsidR="006935A6">
        <w:rPr>
          <w:rFonts w:ascii="Arial" w:hAnsi="Arial" w:cs="Arial"/>
          <w:lang w:val="da-DK"/>
        </w:rPr>
        <w:t xml:space="preserve"> universitet</w:t>
      </w:r>
      <w:r w:rsidR="006C47E9">
        <w:rPr>
          <w:rFonts w:ascii="Arial" w:hAnsi="Arial" w:cs="Arial"/>
          <w:lang w:val="da-DK"/>
        </w:rPr>
        <w:t>er</w:t>
      </w:r>
      <w:r w:rsidR="006935A6">
        <w:rPr>
          <w:rFonts w:ascii="Arial" w:hAnsi="Arial" w:cs="Arial"/>
          <w:lang w:val="da-DK"/>
        </w:rPr>
        <w:t xml:space="preserve">? </w:t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  <w:t xml:space="preserve">     </w:t>
      </w:r>
      <w:r w:rsidR="006A33DA">
        <w:rPr>
          <w:rFonts w:ascii="Arial" w:hAnsi="Arial" w:cs="Arial"/>
          <w:lang w:val="da-DK"/>
        </w:rPr>
        <w:t xml:space="preserve">            </w:t>
      </w:r>
      <w:r w:rsidR="006C7F19">
        <w:rPr>
          <w:rFonts w:ascii="Arial" w:hAnsi="Arial" w:cs="Arial"/>
          <w:lang w:val="da-DK"/>
        </w:rPr>
        <w:t xml:space="preserve">    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Ja 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Nej</w:t>
      </w:r>
    </w:p>
    <w:p w:rsidR="006935A6" w:rsidRPr="006935A6" w:rsidRDefault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4. Angiv</w:t>
      </w:r>
      <w:r w:rsidR="00933C73">
        <w:rPr>
          <w:rFonts w:ascii="Arial" w:hAnsi="Arial" w:cs="Arial"/>
          <w:lang w:val="da-DK"/>
        </w:rPr>
        <w:t xml:space="preserve"> dansk</w:t>
      </w:r>
      <w:r w:rsidR="006C47E9">
        <w:rPr>
          <w:rFonts w:ascii="Arial" w:hAnsi="Arial" w:cs="Arial"/>
          <w:lang w:val="da-DK"/>
        </w:rPr>
        <w:t>(e)</w:t>
      </w:r>
      <w:r w:rsidR="00933C73">
        <w:rPr>
          <w:rFonts w:ascii="Arial" w:hAnsi="Arial" w:cs="Arial"/>
          <w:lang w:val="da-DK"/>
        </w:rPr>
        <w:t xml:space="preserve"> eller udenlandsk</w:t>
      </w:r>
      <w:r w:rsidR="006C47E9">
        <w:rPr>
          <w:rFonts w:ascii="Arial" w:hAnsi="Arial" w:cs="Arial"/>
          <w:lang w:val="da-DK"/>
        </w:rPr>
        <w:t>(e)</w:t>
      </w:r>
      <w:r>
        <w:rPr>
          <w:rFonts w:ascii="Arial" w:hAnsi="Arial" w:cs="Arial"/>
          <w:lang w:val="da-DK"/>
        </w:rPr>
        <w:t xml:space="preserve"> samarbejdsunivers</w:t>
      </w:r>
      <w:r w:rsidR="00933C73">
        <w:rPr>
          <w:rFonts w:ascii="Arial" w:hAnsi="Arial" w:cs="Arial"/>
          <w:lang w:val="da-DK"/>
        </w:rPr>
        <w:t>itet</w:t>
      </w:r>
      <w:r w:rsidR="006C47E9">
        <w:rPr>
          <w:rFonts w:ascii="Arial" w:hAnsi="Arial" w:cs="Arial"/>
          <w:lang w:val="da-DK"/>
        </w:rPr>
        <w:t>(er)</w:t>
      </w:r>
      <w:r w:rsidR="00933C73">
        <w:rPr>
          <w:rFonts w:ascii="Arial" w:hAnsi="Arial" w:cs="Arial"/>
          <w:lang w:val="da-DK"/>
        </w:rPr>
        <w:t>, herunder</w:t>
      </w:r>
      <w:r>
        <w:rPr>
          <w:rFonts w:ascii="Arial" w:hAnsi="Arial" w:cs="Arial"/>
          <w:lang w:val="da-DK"/>
        </w:rPr>
        <w:t xml:space="preserve"> fakultet/institut</w:t>
      </w:r>
      <w:r w:rsidRPr="006935A6">
        <w:rPr>
          <w:rFonts w:ascii="Arial" w:hAnsi="Arial" w:cs="Arial"/>
          <w:lang w:val="da-DK"/>
        </w:rPr>
        <w:t xml:space="preserve">: </w:t>
      </w:r>
      <w:r w:rsidR="00AA5648">
        <w:rPr>
          <w:rFonts w:ascii="Arial" w:hAnsi="Arial" w:cs="Arial"/>
          <w:lang w:val="da-DK"/>
        </w:rPr>
        <w:br/>
      </w:r>
      <w:r w:rsidR="00AA5648">
        <w:rPr>
          <w:rFonts w:ascii="Arial" w:hAnsi="Arial" w:cs="Arial"/>
          <w:lang w:val="da-DK"/>
        </w:rPr>
        <w:br/>
      </w:r>
      <w:r w:rsidRPr="006935A6">
        <w:rPr>
          <w:rFonts w:ascii="Arial" w:hAnsi="Arial" w:cs="Arial"/>
          <w:lang w:val="da-DK"/>
        </w:rPr>
        <w:t>__________</w:t>
      </w:r>
      <w:r>
        <w:rPr>
          <w:rFonts w:ascii="Arial" w:hAnsi="Arial" w:cs="Arial"/>
          <w:lang w:val="da-DK"/>
        </w:rPr>
        <w:t>____________</w:t>
      </w:r>
      <w:r w:rsidR="00933C73">
        <w:rPr>
          <w:rFonts w:ascii="Arial" w:hAnsi="Arial" w:cs="Arial"/>
          <w:lang w:val="da-DK"/>
        </w:rPr>
        <w:t>_</w:t>
      </w:r>
      <w:r w:rsidR="00933C73" w:rsidRPr="006935A6">
        <w:rPr>
          <w:rFonts w:ascii="Arial" w:hAnsi="Arial" w:cs="Arial"/>
          <w:lang w:val="da-DK"/>
        </w:rPr>
        <w:t>__________</w:t>
      </w:r>
      <w:r w:rsidR="00933C73">
        <w:rPr>
          <w:rFonts w:ascii="Arial" w:hAnsi="Arial" w:cs="Arial"/>
          <w:lang w:val="da-DK"/>
        </w:rPr>
        <w:t>______________</w:t>
      </w:r>
      <w:r w:rsidR="00933C73" w:rsidRPr="006935A6">
        <w:rPr>
          <w:rFonts w:ascii="Arial" w:hAnsi="Arial" w:cs="Arial"/>
          <w:lang w:val="da-DK"/>
        </w:rPr>
        <w:t>__________</w:t>
      </w:r>
      <w:r w:rsidR="00933C73">
        <w:rPr>
          <w:rFonts w:ascii="Arial" w:hAnsi="Arial" w:cs="Arial"/>
          <w:lang w:val="da-DK"/>
        </w:rPr>
        <w:t>_________________</w:t>
      </w:r>
    </w:p>
    <w:p w:rsidR="0091711A" w:rsidRPr="006935A6" w:rsidRDefault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5</w:t>
      </w:r>
      <w:r w:rsidR="00933C73" w:rsidRPr="006935A6">
        <w:rPr>
          <w:rFonts w:ascii="Arial" w:hAnsi="Arial" w:cs="Arial"/>
          <w:lang w:val="da-DK"/>
        </w:rPr>
        <w:t xml:space="preserve">. </w:t>
      </w:r>
      <w:r>
        <w:rPr>
          <w:rFonts w:ascii="Arial" w:hAnsi="Arial" w:cs="Arial"/>
          <w:lang w:val="da-DK"/>
        </w:rPr>
        <w:t>Kan I levere rådgivning på dansk, både mundtligt og skriftligt?</w:t>
      </w:r>
      <w:r w:rsidR="00933C73" w:rsidRPr="006935A6">
        <w:rPr>
          <w:rFonts w:ascii="Arial" w:hAnsi="Arial" w:cs="Arial"/>
          <w:lang w:val="da-DK"/>
        </w:rPr>
        <w:t xml:space="preserve">     </w:t>
      </w:r>
      <w:r w:rsidR="006C7F19">
        <w:rPr>
          <w:rFonts w:ascii="Arial" w:hAnsi="Arial" w:cs="Arial"/>
          <w:lang w:val="da-DK"/>
        </w:rPr>
        <w:tab/>
        <w:t xml:space="preserve">         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Ja 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Nej</w:t>
      </w:r>
    </w:p>
    <w:p w:rsidR="0091711A" w:rsidRDefault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6</w:t>
      </w:r>
      <w:r w:rsidR="00933C73" w:rsidRPr="006935A6">
        <w:rPr>
          <w:rFonts w:ascii="Arial" w:hAnsi="Arial" w:cs="Arial"/>
          <w:lang w:val="da-DK"/>
        </w:rPr>
        <w:t xml:space="preserve">. </w:t>
      </w:r>
      <w:r w:rsidRPr="006935A6">
        <w:rPr>
          <w:rFonts w:ascii="Arial" w:hAnsi="Arial" w:cs="Arial"/>
          <w:lang w:val="da-DK"/>
        </w:rPr>
        <w:t>Kan I levere rådgivning og understøttende forskning fra og med 2028?</w:t>
      </w:r>
      <w:r>
        <w:rPr>
          <w:rFonts w:ascii="Arial" w:hAnsi="Arial" w:cs="Arial"/>
          <w:lang w:val="da-DK"/>
        </w:rPr>
        <w:t xml:space="preserve"> </w:t>
      </w:r>
      <w:r w:rsidR="006C7F19">
        <w:rPr>
          <w:rFonts w:ascii="Arial" w:hAnsi="Arial" w:cs="Arial"/>
          <w:lang w:val="da-DK"/>
        </w:rPr>
        <w:t xml:space="preserve">          </w:t>
      </w:r>
      <w:r w:rsidR="00933C73" w:rsidRPr="006935A6">
        <w:rPr>
          <w:rFonts w:ascii="Segoe UI Symbol" w:hAnsi="Segoe UI Symbol" w:cs="Segoe UI Symbol"/>
          <w:lang w:val="da-DK"/>
        </w:rPr>
        <w:t>☐</w:t>
      </w:r>
      <w:r w:rsidR="00933C73" w:rsidRPr="006935A6">
        <w:rPr>
          <w:rFonts w:ascii="Arial" w:hAnsi="Arial" w:cs="Arial"/>
          <w:lang w:val="da-DK"/>
        </w:rPr>
        <w:t xml:space="preserve"> Ja </w:t>
      </w:r>
      <w:r w:rsidR="00933C73" w:rsidRPr="006935A6">
        <w:rPr>
          <w:rFonts w:ascii="Segoe UI Symbol" w:hAnsi="Segoe UI Symbol" w:cs="Segoe UI Symbol"/>
          <w:lang w:val="da-DK"/>
        </w:rPr>
        <w:t>☐</w:t>
      </w:r>
      <w:r w:rsidR="00933C73" w:rsidRPr="006935A6">
        <w:rPr>
          <w:rFonts w:ascii="Arial" w:hAnsi="Arial" w:cs="Arial"/>
          <w:lang w:val="da-DK"/>
        </w:rPr>
        <w:t xml:space="preserve"> Nej</w:t>
      </w:r>
    </w:p>
    <w:p w:rsidR="006935A6" w:rsidRDefault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 xml:space="preserve">7. Har I eksisterende </w:t>
      </w:r>
      <w:r w:rsidRPr="006935A6">
        <w:rPr>
          <w:rFonts w:ascii="Arial" w:hAnsi="Arial" w:cs="Arial"/>
          <w:lang w:val="da-DK"/>
        </w:rPr>
        <w:t>forskningsmiljøer, der allerede kan løse rådgivningen?</w:t>
      </w:r>
      <w:r w:rsidR="006C7F19">
        <w:rPr>
          <w:rFonts w:ascii="Arial" w:hAnsi="Arial" w:cs="Arial"/>
          <w:lang w:val="da-DK"/>
        </w:rPr>
        <w:t xml:space="preserve">      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Ja 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Nej</w:t>
      </w:r>
    </w:p>
    <w:p w:rsidR="006935A6" w:rsidRDefault="006935A6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 xml:space="preserve">8. </w:t>
      </w:r>
      <w:r w:rsidRPr="006935A6">
        <w:rPr>
          <w:rFonts w:ascii="Arial" w:hAnsi="Arial" w:cs="Arial"/>
          <w:lang w:val="da-DK"/>
        </w:rPr>
        <w:t>Har I behov for at opbygge nye forskningsmiljøer, for at kunne levere hele eller dele af opgaven?</w:t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</w:r>
      <w:r w:rsidR="006C7F19">
        <w:rPr>
          <w:rFonts w:ascii="Arial" w:hAnsi="Arial" w:cs="Arial"/>
          <w:lang w:val="da-DK"/>
        </w:rPr>
        <w:tab/>
        <w:t xml:space="preserve">        </w:t>
      </w:r>
      <w:r w:rsidR="006C7F19" w:rsidRPr="006935A6">
        <w:rPr>
          <w:rFonts w:ascii="Arial" w:hAnsi="Arial" w:cs="Arial"/>
          <w:lang w:val="da-DK"/>
        </w:rPr>
        <w:t xml:space="preserve"> 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Ja </w:t>
      </w:r>
      <w:r w:rsidR="006C7F19" w:rsidRPr="006935A6">
        <w:rPr>
          <w:rFonts w:ascii="Segoe UI Symbol" w:hAnsi="Segoe UI Symbol" w:cs="Segoe UI Symbol"/>
          <w:lang w:val="da-DK"/>
        </w:rPr>
        <w:t>☐</w:t>
      </w:r>
      <w:r w:rsidR="006C7F19" w:rsidRPr="006935A6">
        <w:rPr>
          <w:rFonts w:ascii="Arial" w:hAnsi="Arial" w:cs="Arial"/>
          <w:lang w:val="da-DK"/>
        </w:rPr>
        <w:t xml:space="preserve"> Nej</w:t>
      </w:r>
    </w:p>
    <w:p w:rsidR="006935A6" w:rsidRPr="009907D2" w:rsidRDefault="009907D2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lastRenderedPageBreak/>
        <w:t xml:space="preserve">9. </w:t>
      </w:r>
      <w:r w:rsidR="001B6774" w:rsidRPr="009907D2">
        <w:rPr>
          <w:rFonts w:ascii="Arial" w:hAnsi="Arial" w:cs="Arial"/>
          <w:lang w:val="da-DK"/>
        </w:rPr>
        <w:t>Angiv forventede</w:t>
      </w:r>
      <w:r w:rsidR="006C7F19" w:rsidRPr="009907D2">
        <w:rPr>
          <w:rFonts w:ascii="Arial" w:hAnsi="Arial" w:cs="Arial"/>
          <w:lang w:val="da-DK"/>
        </w:rPr>
        <w:t xml:space="preserve"> etablerings</w:t>
      </w:r>
      <w:r w:rsidR="00FC0710" w:rsidRPr="009907D2">
        <w:rPr>
          <w:rFonts w:ascii="Arial" w:hAnsi="Arial" w:cs="Arial"/>
          <w:lang w:val="da-DK"/>
        </w:rPr>
        <w:t>- og transaktions</w:t>
      </w:r>
      <w:r w:rsidR="006C7F19" w:rsidRPr="009907D2">
        <w:rPr>
          <w:rFonts w:ascii="Arial" w:hAnsi="Arial" w:cs="Arial"/>
          <w:lang w:val="da-DK"/>
        </w:rPr>
        <w:t>omkostninger</w:t>
      </w:r>
      <w:r w:rsidR="00933C73" w:rsidRPr="009907D2">
        <w:rPr>
          <w:rFonts w:ascii="Arial" w:hAnsi="Arial" w:cs="Arial"/>
          <w:lang w:val="da-DK"/>
        </w:rPr>
        <w:t xml:space="preserve"> i DKK</w:t>
      </w:r>
      <w:r>
        <w:rPr>
          <w:rStyle w:val="Fodnotehenvisning"/>
          <w:rFonts w:ascii="Arial" w:hAnsi="Arial" w:cs="Arial"/>
          <w:lang w:val="da-DK"/>
        </w:rPr>
        <w:footnoteReference w:id="1"/>
      </w:r>
    </w:p>
    <w:p w:rsidR="006C7F19" w:rsidRPr="006C7F19" w:rsidRDefault="009907D2" w:rsidP="009907D2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 xml:space="preserve">a. </w:t>
      </w:r>
      <w:r w:rsidR="001B6774">
        <w:rPr>
          <w:rFonts w:ascii="Arial" w:hAnsi="Arial" w:cs="Arial"/>
          <w:lang w:val="da-DK"/>
        </w:rPr>
        <w:t>Forventede ansættelser</w:t>
      </w:r>
      <w:r w:rsidR="00933C73">
        <w:rPr>
          <w:rFonts w:ascii="Arial" w:hAnsi="Arial" w:cs="Arial"/>
          <w:lang w:val="da-DK"/>
        </w:rPr>
        <w:t xml:space="preserve"> (antal og </w:t>
      </w:r>
      <w:r w:rsidR="001B6774">
        <w:rPr>
          <w:rFonts w:ascii="Arial" w:hAnsi="Arial" w:cs="Arial"/>
          <w:lang w:val="da-DK"/>
        </w:rPr>
        <w:t xml:space="preserve">lønudgifter i </w:t>
      </w:r>
      <w:r w:rsidR="00933C73">
        <w:rPr>
          <w:rFonts w:ascii="Arial" w:hAnsi="Arial" w:cs="Arial"/>
          <w:lang w:val="da-DK"/>
        </w:rPr>
        <w:t>DKK)</w:t>
      </w:r>
      <w:r w:rsidR="006C7F19">
        <w:rPr>
          <w:rFonts w:ascii="Arial" w:hAnsi="Arial" w:cs="Arial"/>
          <w:lang w:val="da-DK"/>
        </w:rPr>
        <w:t>:</w:t>
      </w:r>
      <w:r w:rsidR="006C7F19" w:rsidRPr="006C7F19">
        <w:rPr>
          <w:rFonts w:ascii="Arial" w:hAnsi="Arial" w:cs="Arial"/>
          <w:lang w:val="da-DK"/>
        </w:rPr>
        <w:t xml:space="preserve"> </w:t>
      </w:r>
      <w:r w:rsidR="00AA5648">
        <w:rPr>
          <w:rFonts w:ascii="Arial" w:hAnsi="Arial" w:cs="Arial"/>
          <w:lang w:val="da-DK"/>
        </w:rPr>
        <w:br/>
      </w:r>
      <w:r w:rsidR="00AA5648">
        <w:rPr>
          <w:rFonts w:ascii="Arial" w:hAnsi="Arial" w:cs="Arial"/>
          <w:lang w:val="da-DK"/>
        </w:rPr>
        <w:br/>
      </w:r>
      <w:r w:rsidR="006C7F19" w:rsidRPr="006935A6">
        <w:rPr>
          <w:rFonts w:ascii="Arial" w:hAnsi="Arial" w:cs="Arial"/>
          <w:lang w:val="da-DK"/>
        </w:rPr>
        <w:t>__________</w:t>
      </w:r>
      <w:r w:rsidR="006C7F19">
        <w:rPr>
          <w:rFonts w:ascii="Arial" w:hAnsi="Arial" w:cs="Arial"/>
          <w:lang w:val="da-DK"/>
        </w:rPr>
        <w:t>____________________________</w:t>
      </w:r>
      <w:r w:rsidR="00933C73">
        <w:rPr>
          <w:rFonts w:ascii="Arial" w:hAnsi="Arial" w:cs="Arial"/>
          <w:lang w:val="da-DK"/>
        </w:rPr>
        <w:t>___________________________________</w:t>
      </w:r>
    </w:p>
    <w:p w:rsidR="006C7F19" w:rsidRPr="006C7F19" w:rsidRDefault="009907D2" w:rsidP="006C7F19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 xml:space="preserve">b. </w:t>
      </w:r>
      <w:r w:rsidR="001B6774">
        <w:rPr>
          <w:rFonts w:ascii="Arial" w:hAnsi="Arial" w:cs="Arial"/>
          <w:lang w:val="da-DK"/>
        </w:rPr>
        <w:t>Forventede investeringer i infrastruktur (Uddyb og angiv beløb i</w:t>
      </w:r>
      <w:r w:rsidR="00933C73">
        <w:rPr>
          <w:rFonts w:ascii="Arial" w:hAnsi="Arial" w:cs="Arial"/>
          <w:lang w:val="da-DK"/>
        </w:rPr>
        <w:t xml:space="preserve"> DKK)</w:t>
      </w:r>
      <w:r w:rsidR="006C7F19">
        <w:rPr>
          <w:rFonts w:ascii="Arial" w:hAnsi="Arial" w:cs="Arial"/>
          <w:lang w:val="da-DK"/>
        </w:rPr>
        <w:t>:</w:t>
      </w:r>
      <w:r w:rsidR="00AA5648">
        <w:rPr>
          <w:rFonts w:ascii="Arial" w:hAnsi="Arial" w:cs="Arial"/>
          <w:lang w:val="da-DK"/>
        </w:rPr>
        <w:br/>
      </w:r>
      <w:r w:rsidR="00933C73">
        <w:rPr>
          <w:rFonts w:ascii="Arial" w:hAnsi="Arial" w:cs="Arial"/>
          <w:lang w:val="da-DK"/>
        </w:rPr>
        <w:br/>
      </w:r>
      <w:r w:rsidR="006C7F19" w:rsidRPr="006935A6">
        <w:rPr>
          <w:rFonts w:ascii="Arial" w:hAnsi="Arial" w:cs="Arial"/>
          <w:lang w:val="da-DK"/>
        </w:rPr>
        <w:t>__________</w:t>
      </w:r>
      <w:r w:rsidR="006C7F19">
        <w:rPr>
          <w:rFonts w:ascii="Arial" w:hAnsi="Arial" w:cs="Arial"/>
          <w:lang w:val="da-DK"/>
        </w:rPr>
        <w:t>_____________________________________</w:t>
      </w:r>
      <w:r w:rsidR="00933C73">
        <w:rPr>
          <w:rFonts w:ascii="Arial" w:hAnsi="Arial" w:cs="Arial"/>
          <w:lang w:val="da-DK"/>
        </w:rPr>
        <w:t>__________________________</w:t>
      </w:r>
      <w:r w:rsidR="006C7F19">
        <w:rPr>
          <w:rFonts w:ascii="Arial" w:hAnsi="Arial" w:cs="Arial"/>
          <w:lang w:val="da-DK"/>
        </w:rPr>
        <w:t>_</w:t>
      </w:r>
    </w:p>
    <w:p w:rsidR="006C7F19" w:rsidRDefault="009907D2" w:rsidP="006C7F19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c.</w:t>
      </w:r>
      <w:r w:rsidR="006C47E9">
        <w:rPr>
          <w:rFonts w:ascii="Arial" w:hAnsi="Arial" w:cs="Arial"/>
          <w:lang w:val="da-DK"/>
        </w:rPr>
        <w:t xml:space="preserve"> </w:t>
      </w:r>
      <w:r w:rsidR="006C7F19">
        <w:rPr>
          <w:rFonts w:ascii="Arial" w:hAnsi="Arial" w:cs="Arial"/>
          <w:lang w:val="da-DK"/>
        </w:rPr>
        <w:t>Andet:</w:t>
      </w:r>
      <w:r w:rsidR="00AA5648">
        <w:rPr>
          <w:rFonts w:ascii="Arial" w:hAnsi="Arial" w:cs="Arial"/>
          <w:lang w:val="da-DK"/>
        </w:rPr>
        <w:br/>
      </w:r>
      <w:r w:rsidR="00933C73">
        <w:rPr>
          <w:rFonts w:ascii="Arial" w:hAnsi="Arial" w:cs="Arial"/>
          <w:lang w:val="da-DK"/>
        </w:rPr>
        <w:br/>
      </w:r>
      <w:r w:rsidR="006C7F19" w:rsidRPr="006935A6">
        <w:rPr>
          <w:rFonts w:ascii="Arial" w:hAnsi="Arial" w:cs="Arial"/>
          <w:lang w:val="da-DK"/>
        </w:rPr>
        <w:t>__________</w:t>
      </w:r>
      <w:r w:rsidR="006C7F19">
        <w:rPr>
          <w:rFonts w:ascii="Arial" w:hAnsi="Arial" w:cs="Arial"/>
          <w:lang w:val="da-DK"/>
        </w:rPr>
        <w:t>_________________________________________________</w:t>
      </w:r>
      <w:r w:rsidR="00933C73">
        <w:rPr>
          <w:rFonts w:ascii="Arial" w:hAnsi="Arial" w:cs="Arial"/>
          <w:lang w:val="da-DK"/>
        </w:rPr>
        <w:t>_______________</w:t>
      </w:r>
    </w:p>
    <w:p w:rsidR="0091711A" w:rsidRPr="006935A6" w:rsidRDefault="00AA5648">
      <w:pPr>
        <w:pStyle w:val="Overskrift2"/>
        <w:rPr>
          <w:rFonts w:ascii="Arial" w:hAnsi="Arial" w:cs="Arial"/>
          <w:color w:val="auto"/>
          <w:lang w:val="da-DK"/>
        </w:rPr>
      </w:pPr>
      <w:r>
        <w:rPr>
          <w:rFonts w:ascii="Arial" w:hAnsi="Arial" w:cs="Arial"/>
          <w:color w:val="auto"/>
          <w:lang w:val="da-DK"/>
        </w:rPr>
        <w:br/>
      </w:r>
      <w:r w:rsidR="00793F7B">
        <w:rPr>
          <w:rFonts w:ascii="Arial" w:hAnsi="Arial" w:cs="Arial"/>
          <w:color w:val="auto"/>
          <w:lang w:val="da-DK"/>
        </w:rPr>
        <w:t>4</w:t>
      </w:r>
      <w:r w:rsidR="00933C73" w:rsidRPr="006935A6">
        <w:rPr>
          <w:rFonts w:ascii="Arial" w:hAnsi="Arial" w:cs="Arial"/>
          <w:color w:val="auto"/>
          <w:lang w:val="da-DK"/>
        </w:rPr>
        <w:t xml:space="preserve">. </w:t>
      </w:r>
      <w:r w:rsidR="009907D2">
        <w:rPr>
          <w:rFonts w:ascii="Arial" w:hAnsi="Arial" w:cs="Arial"/>
          <w:color w:val="auto"/>
          <w:lang w:val="da-DK"/>
        </w:rPr>
        <w:t>Andre relevante oplysninger</w:t>
      </w:r>
      <w:r w:rsidR="006C7F19">
        <w:rPr>
          <w:rFonts w:ascii="Arial" w:hAnsi="Arial" w:cs="Arial"/>
          <w:color w:val="auto"/>
          <w:lang w:val="da-DK"/>
        </w:rPr>
        <w:t>?</w:t>
      </w:r>
      <w:r>
        <w:rPr>
          <w:rFonts w:ascii="Arial" w:hAnsi="Arial" w:cs="Arial"/>
          <w:color w:val="auto"/>
          <w:lang w:val="da-DK"/>
        </w:rPr>
        <w:br/>
      </w:r>
    </w:p>
    <w:p w:rsidR="006C7F19" w:rsidRPr="006935A6" w:rsidRDefault="006C7F19" w:rsidP="006C7F19">
      <w:pPr>
        <w:rPr>
          <w:rFonts w:ascii="Arial" w:hAnsi="Arial" w:cs="Arial"/>
          <w:lang w:val="da-DK"/>
        </w:rPr>
      </w:pPr>
      <w:r w:rsidRPr="006935A6">
        <w:rPr>
          <w:rFonts w:ascii="Arial" w:hAnsi="Arial" w:cs="Arial"/>
          <w:lang w:val="da-DK"/>
        </w:rPr>
        <w:t>_________________________________________________________________________</w:t>
      </w:r>
    </w:p>
    <w:p w:rsidR="0091711A" w:rsidRPr="006935A6" w:rsidRDefault="00933C73">
      <w:pPr>
        <w:rPr>
          <w:rFonts w:ascii="Arial" w:hAnsi="Arial" w:cs="Arial"/>
          <w:lang w:val="da-DK"/>
        </w:rPr>
      </w:pPr>
      <w:r w:rsidRPr="006935A6">
        <w:rPr>
          <w:rFonts w:ascii="Arial" w:hAnsi="Arial" w:cs="Arial"/>
          <w:lang w:val="da-DK"/>
        </w:rPr>
        <w:lastRenderedPageBreak/>
        <w:t>_________________________________________________________________________</w:t>
      </w:r>
    </w:p>
    <w:p w:rsidR="0091711A" w:rsidRPr="006935A6" w:rsidRDefault="00933C73">
      <w:pPr>
        <w:rPr>
          <w:rFonts w:ascii="Arial" w:hAnsi="Arial" w:cs="Arial"/>
          <w:lang w:val="da-DK"/>
        </w:rPr>
      </w:pPr>
      <w:r w:rsidRPr="006935A6">
        <w:rPr>
          <w:rFonts w:ascii="Arial" w:hAnsi="Arial" w:cs="Arial"/>
          <w:lang w:val="da-DK"/>
        </w:rPr>
        <w:t>_________________________________________________________________________</w:t>
      </w:r>
    </w:p>
    <w:p w:rsidR="0091711A" w:rsidRPr="00FC0710" w:rsidRDefault="00AA5648">
      <w:pPr>
        <w:pStyle w:val="Overskrift2"/>
        <w:rPr>
          <w:rFonts w:ascii="Arial" w:hAnsi="Arial" w:cs="Arial"/>
          <w:color w:val="auto"/>
          <w:lang w:val="da-DK"/>
        </w:rPr>
      </w:pPr>
      <w:r>
        <w:rPr>
          <w:rFonts w:ascii="Arial" w:hAnsi="Arial" w:cs="Arial"/>
          <w:color w:val="auto"/>
          <w:lang w:val="da-DK"/>
        </w:rPr>
        <w:br/>
      </w:r>
      <w:r w:rsidR="00933C73" w:rsidRPr="00FC0710">
        <w:rPr>
          <w:rFonts w:ascii="Arial" w:hAnsi="Arial" w:cs="Arial"/>
          <w:color w:val="auto"/>
          <w:lang w:val="da-DK"/>
        </w:rPr>
        <w:t>Samtykke</w:t>
      </w:r>
    </w:p>
    <w:p w:rsidR="0091711A" w:rsidRPr="00FC0710" w:rsidRDefault="00933C73">
      <w:pPr>
        <w:rPr>
          <w:rFonts w:ascii="Arial" w:hAnsi="Arial" w:cs="Arial"/>
          <w:lang w:val="da-DK"/>
        </w:rPr>
      </w:pPr>
      <w:r w:rsidRPr="00FC0710">
        <w:rPr>
          <w:rFonts w:ascii="Segoe UI Symbol" w:hAnsi="Segoe UI Symbol" w:cs="Segoe UI Symbol"/>
          <w:lang w:val="da-DK"/>
        </w:rPr>
        <w:t>☐</w:t>
      </w:r>
      <w:r w:rsidR="00FC0710" w:rsidRPr="00FC0710">
        <w:rPr>
          <w:rFonts w:ascii="Arial" w:hAnsi="Arial" w:cs="Arial"/>
          <w:lang w:val="da-DK"/>
        </w:rPr>
        <w:t xml:space="preserve"> Jeg giver samtykke til, at universitetets</w:t>
      </w:r>
      <w:r w:rsidRPr="00FC0710">
        <w:rPr>
          <w:rFonts w:ascii="Arial" w:hAnsi="Arial" w:cs="Arial"/>
          <w:lang w:val="da-DK"/>
        </w:rPr>
        <w:t xml:space="preserve"> oplysninger må anvendes</w:t>
      </w:r>
      <w:r w:rsidR="00FC0710" w:rsidRPr="00FC0710">
        <w:rPr>
          <w:rFonts w:ascii="Arial" w:hAnsi="Arial" w:cs="Arial"/>
          <w:lang w:val="da-DK"/>
        </w:rPr>
        <w:t xml:space="preserve"> af Ministeriet for Fødevarer, Landbrug og Fiskeri i den videre afklaring af en potentiel konkurrenceudsættelse</w:t>
      </w:r>
      <w:r w:rsidRPr="00FC0710">
        <w:rPr>
          <w:rFonts w:ascii="Arial" w:hAnsi="Arial" w:cs="Arial"/>
          <w:lang w:val="da-DK"/>
        </w:rPr>
        <w:t>.</w:t>
      </w:r>
    </w:p>
    <w:p w:rsidR="0091711A" w:rsidRPr="00FC0710" w:rsidRDefault="00933C73">
      <w:pPr>
        <w:rPr>
          <w:rFonts w:ascii="Arial" w:hAnsi="Arial" w:cs="Arial"/>
        </w:rPr>
      </w:pPr>
      <w:r w:rsidRPr="00FC0710">
        <w:rPr>
          <w:rFonts w:ascii="Arial" w:hAnsi="Arial" w:cs="Arial"/>
          <w:lang w:val="da-DK"/>
        </w:rPr>
        <w:br/>
      </w:r>
      <w:r w:rsidRPr="00FC0710">
        <w:rPr>
          <w:rFonts w:ascii="Arial" w:hAnsi="Arial" w:cs="Arial"/>
        </w:rPr>
        <w:t>Dato: ___________________________</w:t>
      </w:r>
      <w:r w:rsidR="00FC0710" w:rsidRPr="006935A6">
        <w:rPr>
          <w:rFonts w:ascii="Arial" w:hAnsi="Arial" w:cs="Arial"/>
          <w:lang w:val="da-DK"/>
        </w:rPr>
        <w:t>__________________</w:t>
      </w:r>
      <w:r w:rsidR="00FC0710">
        <w:rPr>
          <w:rFonts w:ascii="Arial" w:hAnsi="Arial" w:cs="Arial"/>
          <w:lang w:val="da-DK"/>
        </w:rPr>
        <w:t>________________________</w:t>
      </w:r>
    </w:p>
    <w:p w:rsidR="0091711A" w:rsidRPr="006935A6" w:rsidRDefault="006C7F19">
      <w:pPr>
        <w:rPr>
          <w:rFonts w:ascii="Arial" w:hAnsi="Arial" w:cs="Arial"/>
        </w:rPr>
      </w:pPr>
      <w:r w:rsidRPr="00FC0710">
        <w:rPr>
          <w:rFonts w:ascii="Arial" w:hAnsi="Arial" w:cs="Arial"/>
        </w:rPr>
        <w:t>Underskr</w:t>
      </w:r>
      <w:bookmarkStart w:id="0" w:name="_GoBack"/>
      <w:bookmarkEnd w:id="0"/>
      <w:r w:rsidRPr="00FC0710">
        <w:rPr>
          <w:rFonts w:ascii="Arial" w:hAnsi="Arial" w:cs="Arial"/>
        </w:rPr>
        <w:t>ift</w:t>
      </w:r>
      <w:r w:rsidR="00933C73" w:rsidRPr="00FC0710">
        <w:rPr>
          <w:rFonts w:ascii="Arial" w:hAnsi="Arial" w:cs="Arial"/>
        </w:rPr>
        <w:t>: ___________________________</w:t>
      </w:r>
      <w:r w:rsidR="00FC0710">
        <w:rPr>
          <w:rFonts w:ascii="Arial" w:hAnsi="Arial" w:cs="Arial"/>
          <w:lang w:val="da-DK"/>
        </w:rPr>
        <w:t>_____________________________________</w:t>
      </w:r>
    </w:p>
    <w:sectPr w:rsidR="0091711A" w:rsidRPr="006935A6" w:rsidSect="006C7F19">
      <w:pgSz w:w="12240" w:h="15840"/>
      <w:pgMar w:top="1440" w:right="1588" w:bottom="1440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2A0" w:rsidRDefault="004332A0" w:rsidP="009907D2">
      <w:pPr>
        <w:spacing w:after="0" w:line="240" w:lineRule="auto"/>
      </w:pPr>
      <w:r>
        <w:separator/>
      </w:r>
    </w:p>
  </w:endnote>
  <w:endnote w:type="continuationSeparator" w:id="0">
    <w:p w:rsidR="004332A0" w:rsidRDefault="004332A0" w:rsidP="0099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2A0" w:rsidRDefault="004332A0" w:rsidP="009907D2">
      <w:pPr>
        <w:spacing w:after="0" w:line="240" w:lineRule="auto"/>
      </w:pPr>
      <w:r>
        <w:separator/>
      </w:r>
    </w:p>
  </w:footnote>
  <w:footnote w:type="continuationSeparator" w:id="0">
    <w:p w:rsidR="004332A0" w:rsidRDefault="004332A0" w:rsidP="009907D2">
      <w:pPr>
        <w:spacing w:after="0" w:line="240" w:lineRule="auto"/>
      </w:pPr>
      <w:r>
        <w:continuationSeparator/>
      </w:r>
    </w:p>
  </w:footnote>
  <w:footnote w:id="1">
    <w:p w:rsidR="009907D2" w:rsidRPr="009907D2" w:rsidRDefault="009907D2">
      <w:pPr>
        <w:pStyle w:val="Fodnotetekst"/>
        <w:rPr>
          <w:lang w:val="da-DK"/>
        </w:rPr>
      </w:pPr>
      <w:r w:rsidRPr="009907D2">
        <w:rPr>
          <w:rStyle w:val="Fodnotehenvisning"/>
          <w:color w:val="808080" w:themeColor="background1" w:themeShade="80"/>
        </w:rPr>
        <w:footnoteRef/>
      </w:r>
      <w:r w:rsidRPr="009907D2">
        <w:rPr>
          <w:color w:val="808080" w:themeColor="background1" w:themeShade="80"/>
          <w:lang w:val="da-DK"/>
        </w:rPr>
        <w:t xml:space="preserve"> Bemærk at finansiering af opgaven først er gældende fra 2028. Forudgående etableringsomkostninger skal i så fald dækkes inden for egen ramme.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FC23AB"/>
    <w:multiLevelType w:val="hybridMultilevel"/>
    <w:tmpl w:val="363AAD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C6971"/>
    <w:multiLevelType w:val="hybridMultilevel"/>
    <w:tmpl w:val="40E2718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6774"/>
    <w:rsid w:val="0029639D"/>
    <w:rsid w:val="002D6570"/>
    <w:rsid w:val="00326F90"/>
    <w:rsid w:val="003D203A"/>
    <w:rsid w:val="004332A0"/>
    <w:rsid w:val="004D4D64"/>
    <w:rsid w:val="0056612A"/>
    <w:rsid w:val="006935A6"/>
    <w:rsid w:val="006A33DA"/>
    <w:rsid w:val="006C1D8D"/>
    <w:rsid w:val="006C47E9"/>
    <w:rsid w:val="006C7F19"/>
    <w:rsid w:val="00770249"/>
    <w:rsid w:val="00793F7B"/>
    <w:rsid w:val="0091711A"/>
    <w:rsid w:val="00933C73"/>
    <w:rsid w:val="009907D2"/>
    <w:rsid w:val="00AA1D8D"/>
    <w:rsid w:val="00AA5648"/>
    <w:rsid w:val="00B47730"/>
    <w:rsid w:val="00BC40EF"/>
    <w:rsid w:val="00C867BF"/>
    <w:rsid w:val="00CB0664"/>
    <w:rsid w:val="00E633CF"/>
    <w:rsid w:val="00EB5864"/>
    <w:rsid w:val="00EE7ACC"/>
    <w:rsid w:val="00FC07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A0D58BD-C930-45D6-B5F6-088FDC15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FC0710"/>
    <w:rPr>
      <w:color w:val="0000FF" w:themeColor="hyperlink"/>
      <w:u w:val="single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907D2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907D2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907D2"/>
    <w:rPr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C4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C4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BMB@fvm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BD2920-2E7C-413A-8511-69372A16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2256</Characters>
  <Application>Microsoft Office Word</Application>
  <DocSecurity>4</DocSecurity>
  <Lines>52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Agnete Bech Lambertsen</cp:lastModifiedBy>
  <cp:revision>2</cp:revision>
  <cp:lastPrinted>2025-03-26T12:03:00Z</cp:lastPrinted>
  <dcterms:created xsi:type="dcterms:W3CDTF">2025-05-14T11:13:00Z</dcterms:created>
  <dcterms:modified xsi:type="dcterms:W3CDTF">2025-05-14T11:13:00Z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